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עלילה ומבנה הסיפור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העלילה: אקספוזיציה, סיבוך, שיא, תפנית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 שלב בדוגמאות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של שלבי 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מכירים דמויות, מקום וזמן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הבעיה שמניעה את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הרגע המתוח והחשוב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שינוי פתאומי בכיוון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בסגור יודעים מה קרה, בפתוח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בתוך הדמות עצמה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אקספוזיציה היא תחילת הסיפור, השיא הוא הרגע המתוח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בדף - הקורא משלים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תפנית היא שינוי שאחריו שום דבר אינו כמו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נקרא קונפליקט 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בסיום סגור הבעיה נפתרת ויודעים מה קרה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המושג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תפנית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פנימי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(לוחמת אש בודקת מגדל בכפר 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(דנה צריכה לבחור בין מבחן לחתונת אחותה)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(הגשר מתחיל לקרוס עם הילדים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(הילד פותח דלת ומגלה שהכיתה מחכה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(היא מביטה במספר ומניחה את הטלפון)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העלילה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 - הכרת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 - הבעיה מתחילה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 - הרגע המתוח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תפנית - שינוי בכיוון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- פתוח או סגור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שהתלמיד כלל את כל חמשת השלבים בסדר הנכון ושהם מזוהים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שהתלמיד זיהה נכון את סוג הקונפליקט והסביר בקצרה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אקספוזיציה, סיבוך, שיא, תפנית,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בסגור יודעים את הסוף, בפתוח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מאבק בתוך הדמות עצמה, למשל התלבטות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הדוגמאות מהדף לפני התרגול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ההתאמה מתאים לעבודה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החופשית אפשר לתת לתלמידים לשתף בקול את הסיפור שכתבו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עלילה ומבנה הסיפור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סיפור יש מבנה עלילה עם שלבים קבועים: פתיחה, בעיה, רגע מתוח, תפנית וסיום. בדף הזה נתרגל לזהות ולכתוב כל שלב.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באקספוזיציה?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הבעיה נפתרת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מכירים דמויות, מקום וזמן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מגיעים לרגע המתוח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שינוי פתאומי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סיבוך בעלילה?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הבעיה שמניעה את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שיא?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הרגע המתוח והחשוב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הטבע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תפנית?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להתחלה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שינוי פתאומי בכיוון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סיום פתוח לסגור?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בסגור יודעים מה קרה, בפתוח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בפתוח תמיד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בסגור הסיפור ארוך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קונפליקט פנימי הוא מאבק...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בין שתי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בין דמות לטבע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בתוך הדמות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בין דמות לחברה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אקספוזיציה היא הרגע המתוח ביותר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פתוח משאיר את הקורא עם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תפנית היא שינוי שלא משנה כלום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קונפליקט יכול להיות גם בתוך הדמות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סגור הקורא לא יודע מה קרה בסוף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המושג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בתחילת הסיפור מכירים את הדמויות ואת המקום - זהו שלב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הבעיה שמניעה את העלילה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הרגע המתוח ביותר בסיפור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שינוי פתאומי בכיוון העלילה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כאשר הבעיה נפתרת בסוף הסיפור זהו סיום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מאבק בין דמות לבין עצמה נקרא קונפליקט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אקספוזיציה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דנה צריכה לבחור בין מבחן לחתונת אחותה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סיבוך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היא מביטה במספר ומניחה את הטלפון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לוחמת אש בודקת מגדל בכפר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תפנית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הגשר מתחיל לקרוס עם הילדים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סיום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הילד פותח דלת ומגלה שהכיתה מחכה 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העלילה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הרגע המתוח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אקספוזיציה - הכרת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תפנית - שינוי בכיוון העלילה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- פתוח או סגור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סיבוך - הבעיה מתחילה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סיפור קצר (5-6 משפטים) שכולל את כל שלבי העלילה: אקספוזיציה, סיבוך, שיא, תפנית וסיום. סמנו ליד כל חלק איזה שלב 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סיפור שאתם מכירים וכתבו מהו הקונפליקט המרכזי בו - בין דמויות, דמות לחברה, דמות לטבע או קונפליקט פנימי.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שלבי העלילה בסדר הנכון?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סיום פתוח לסיום סגור?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לקונפליקט פנימי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עלילה ומבנה הסיפור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