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העלילה: אקספוזיציה, סיבוך, שיא, תפנית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שלב בדוגמאות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מכירים דמויות, מקום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הבעיה שמניעה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הרגע המתוח והחשוב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אקספוזיציה היא תחילת הסיפור, השיא הוא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הקורא משלים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תפנית היא שינוי שאחריו שום דבר אינו כמו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(לוחמת אש בודקת מגדל בכפר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(דנה צריכה לבחור בין מבחן לחתונת אחותה)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(הגשר מתחיל לקרוס עם הילדים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(הילד פותח דלת ומגלה שהכיתה מחכה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הבעיה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תפנית - שינוי בכיוון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כלל את כל חמשת השלבים בסדר הנכון ושהם מזוהים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תפנית,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בסגור יודעים את הסוף, בפתוח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מאבק בתוך הדמות עצמה, למשל התלבטות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מהדף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מתאים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החופשית אפשר לתת לתלמידים לשתף בקול את הסיפור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סיפור יש מבנה עלילה עם שלבים קבועים: פתיחה, בעיה, רגע מתוח, תפנית וסיום. בדף הזה נתרגל לזהות ולכתוב כל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אקספוזיציה  ·  סיבוך  ·  שיא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באקספוזיציה?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הבעיה נפתרת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מכירים דמויות, מקום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מגיעים לרגע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סיבוך בעלילה?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הבעיה שמניעה את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שיא?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הרגע המתוח והחשוב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הדמות הראשית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היא הרגע המתוח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פתוח משאיר את הקורא עם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תפנית היא שינוי שלא משנה כלום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הסיפור מכירים את הדמויות ואת המקום - זהו 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הבעיה שמניעה את העלילה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הרגע המתוח ביותר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דנה צריכה לבחור בין מבחן לחתונת אחותה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הילד פותח דלת ומגלה שהכיתה מחכה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לוחמת אש בודקת מגדל בכפר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הגשר מתחיל לקרוס עם הילדים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הבעיה מתחילה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תפנית - שינוי בכיוון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הרגע המתוח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סיפור קצר (5-6 משפטים) שכולל את כל שלבי העלילה: אקספוזיציה, סיבוך, שיא, תפנית וסיום. סמנו ליד כל חלק איזה שלב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שלבי העלילה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סיום פתוח לסיום סגור?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עלילה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